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3529" w:rsidRPr="004A21E7" w:rsidRDefault="00AC17B0" w:rsidP="00634754">
      <w:pPr>
        <w:pStyle w:val="Titel"/>
        <w:pBdr>
          <w:bottom w:val="none" w:sz="0" w:space="0" w:color="auto"/>
        </w:pBdr>
        <w:rPr>
          <w:rFonts w:ascii="Futura Lt BT" w:hAnsi="Futura Lt BT"/>
          <w:color w:val="auto"/>
          <w:sz w:val="32"/>
          <w:szCs w:val="32"/>
          <w:lang w:val="nl-BE"/>
        </w:rPr>
      </w:pPr>
      <w:r w:rsidRPr="004A21E7">
        <w:rPr>
          <w:rFonts w:ascii="Futura Lt BT" w:hAnsi="Futura Lt BT"/>
          <w:color w:val="auto"/>
          <w:sz w:val="32"/>
          <w:szCs w:val="32"/>
          <w:lang w:val="nl-BE"/>
        </w:rPr>
        <w:t>Quotes en w</w:t>
      </w:r>
      <w:r w:rsidR="00634754" w:rsidRPr="004A21E7">
        <w:rPr>
          <w:rFonts w:ascii="Futura Lt BT" w:hAnsi="Futura Lt BT"/>
          <w:color w:val="auto"/>
          <w:sz w:val="32"/>
          <w:szCs w:val="32"/>
          <w:lang w:val="nl-BE"/>
        </w:rPr>
        <w:t>oordspelingen rond hoop en sleutels</w:t>
      </w:r>
    </w:p>
    <w:p w:rsidR="00AC17B0" w:rsidRPr="00AC17B0" w:rsidRDefault="00AC17B0" w:rsidP="00AC17B0">
      <w:pPr>
        <w:spacing w:after="0" w:line="240" w:lineRule="auto"/>
        <w:ind w:left="1267"/>
        <w:contextualSpacing/>
        <w:rPr>
          <w:rFonts w:ascii="Times New Roman" w:eastAsia="Times New Roman" w:hAnsi="Times New Roman" w:cs="Times New Roman"/>
          <w:sz w:val="64"/>
          <w:szCs w:val="24"/>
          <w:lang w:val="nl-BE"/>
        </w:rPr>
      </w:pPr>
      <w:r w:rsidRPr="00AC17B0">
        <w:rPr>
          <w:rFonts w:hAnsi="Calibri"/>
          <w:color w:val="000000" w:themeColor="text1"/>
          <w:kern w:val="24"/>
          <w:sz w:val="64"/>
          <w:szCs w:val="64"/>
          <w:lang w:val="nl-BE"/>
        </w:rPr>
        <w:t xml:space="preserve">Hoop is </w:t>
      </w:r>
      <w:r w:rsidRPr="00AC17B0">
        <w:rPr>
          <w:rFonts w:hAnsi="Calibri"/>
          <w:color w:val="00B050"/>
          <w:kern w:val="24"/>
          <w:sz w:val="64"/>
          <w:szCs w:val="64"/>
          <w:lang w:val="nl-BE"/>
        </w:rPr>
        <w:t>sterker</w:t>
      </w:r>
      <w:r w:rsidRPr="00AC17B0">
        <w:rPr>
          <w:rFonts w:hAnsi="Calibri"/>
          <w:color w:val="000000" w:themeColor="text1"/>
          <w:kern w:val="24"/>
          <w:sz w:val="64"/>
          <w:szCs w:val="64"/>
          <w:lang w:val="nl-BE"/>
        </w:rPr>
        <w:t xml:space="preserve"> dan je denkt. Houd haar levend </w:t>
      </w:r>
      <w:r w:rsidRPr="00AC17B0">
        <w:rPr>
          <w:rFonts w:hAnsi="Calibri"/>
          <w:color w:val="000000" w:themeColor="text1"/>
          <w:kern w:val="24"/>
          <w:sz w:val="64"/>
          <w:szCs w:val="64"/>
          <w:lang w:val="nl-BE"/>
        </w:rPr>
        <w:t>—</w:t>
      </w:r>
      <w:r w:rsidRPr="00AC17B0">
        <w:rPr>
          <w:rFonts w:hAnsi="Calibri"/>
          <w:color w:val="000000" w:themeColor="text1"/>
          <w:kern w:val="24"/>
          <w:sz w:val="64"/>
          <w:szCs w:val="64"/>
          <w:lang w:val="nl-BE"/>
        </w:rPr>
        <w:t xml:space="preserve"> </w:t>
      </w:r>
      <w:r w:rsidRPr="00AC17B0">
        <w:rPr>
          <w:rFonts w:hAnsi="Calibri"/>
          <w:color w:val="548DD4" w:themeColor="text2" w:themeTint="99"/>
          <w:kern w:val="24"/>
          <w:sz w:val="64"/>
          <w:szCs w:val="64"/>
          <w:lang w:val="nl-BE"/>
        </w:rPr>
        <w:t>in</w:t>
      </w:r>
      <w:r w:rsidRPr="00AC17B0">
        <w:rPr>
          <w:rFonts w:hAnsi="Calibri"/>
          <w:color w:val="000000" w:themeColor="text1"/>
          <w:kern w:val="24"/>
          <w:sz w:val="64"/>
          <w:szCs w:val="64"/>
          <w:lang w:val="nl-BE"/>
        </w:rPr>
        <w:t xml:space="preserve"> </w:t>
      </w:r>
      <w:r w:rsidRPr="00AC17B0">
        <w:rPr>
          <w:rFonts w:hAnsi="Calibri"/>
          <w:color w:val="548DD4" w:themeColor="text2" w:themeTint="99"/>
          <w:kern w:val="24"/>
          <w:sz w:val="64"/>
          <w:szCs w:val="64"/>
          <w:lang w:val="nl-BE"/>
        </w:rPr>
        <w:t>jezelf</w:t>
      </w:r>
      <w:r w:rsidRPr="00AC17B0">
        <w:rPr>
          <w:rFonts w:hAnsi="Calibri"/>
          <w:color w:val="000000" w:themeColor="text1"/>
          <w:kern w:val="24"/>
          <w:sz w:val="64"/>
          <w:szCs w:val="64"/>
          <w:lang w:val="nl-BE"/>
        </w:rPr>
        <w:t xml:space="preserve"> en </w:t>
      </w:r>
      <w:r w:rsidRPr="00AC17B0">
        <w:rPr>
          <w:rFonts w:hAnsi="Calibri"/>
          <w:color w:val="548DD4" w:themeColor="text2" w:themeTint="99"/>
          <w:kern w:val="24"/>
          <w:sz w:val="64"/>
          <w:szCs w:val="64"/>
          <w:lang w:val="nl-BE"/>
        </w:rPr>
        <w:t>voor</w:t>
      </w:r>
      <w:r w:rsidRPr="00AC17B0">
        <w:rPr>
          <w:rFonts w:hAnsi="Calibri"/>
          <w:color w:val="000000" w:themeColor="text1"/>
          <w:kern w:val="24"/>
          <w:sz w:val="64"/>
          <w:szCs w:val="64"/>
          <w:lang w:val="nl-BE"/>
        </w:rPr>
        <w:t xml:space="preserve"> </w:t>
      </w:r>
      <w:r w:rsidRPr="00AC17B0">
        <w:rPr>
          <w:rFonts w:hAnsi="Calibri"/>
          <w:color w:val="548DD4" w:themeColor="text2" w:themeTint="99"/>
          <w:kern w:val="24"/>
          <w:sz w:val="64"/>
          <w:szCs w:val="64"/>
          <w:lang w:val="nl-BE"/>
        </w:rPr>
        <w:t>anderen</w:t>
      </w:r>
      <w:r w:rsidRPr="00AC17B0">
        <w:rPr>
          <w:rFonts w:hAnsi="Calibri"/>
          <w:color w:val="000000" w:themeColor="text1"/>
          <w:kern w:val="24"/>
          <w:sz w:val="64"/>
          <w:szCs w:val="64"/>
          <w:lang w:val="nl-BE"/>
        </w:rPr>
        <w:t>.</w:t>
      </w:r>
    </w:p>
    <w:p w:rsidR="00AC17B0" w:rsidRDefault="00AC17B0" w:rsidP="00AC17B0">
      <w:pPr>
        <w:rPr>
          <w:rFonts w:ascii="Futura Lt BT" w:hAnsi="Futura Lt BT"/>
          <w:sz w:val="24"/>
          <w:szCs w:val="24"/>
          <w:lang w:val="nl-BE"/>
        </w:rPr>
      </w:pPr>
    </w:p>
    <w:p w:rsidR="00AC17B0" w:rsidRPr="00AC17B0" w:rsidRDefault="00AC17B0">
      <w:pPr>
        <w:rPr>
          <w:rFonts w:ascii="Futura Lt BT" w:hAnsi="Futura Lt BT"/>
          <w:sz w:val="28"/>
          <w:szCs w:val="28"/>
          <w:lang w:val="nl-BE"/>
        </w:rPr>
      </w:pPr>
      <w:r w:rsidRPr="00AC17B0">
        <w:rPr>
          <w:rFonts w:ascii="Futura Lt BT" w:hAnsi="Futura Lt BT"/>
          <w:sz w:val="28"/>
          <w:szCs w:val="28"/>
          <w:lang w:val="nl-BE"/>
        </w:rPr>
        <w:t>Quotes</w:t>
      </w:r>
    </w:p>
    <w:p w:rsidR="00AC17B0" w:rsidRDefault="00AC17B0">
      <w:pPr>
        <w:rPr>
          <w:rFonts w:ascii="Futura Lt BT" w:hAnsi="Futura Lt BT"/>
          <w:sz w:val="24"/>
          <w:szCs w:val="24"/>
          <w:lang w:val="nl-BE"/>
        </w:rPr>
      </w:pPr>
      <w:proofErr w:type="spellStart"/>
      <w:r>
        <w:rPr>
          <w:rFonts w:ascii="Futura Lt BT" w:hAnsi="Futura Lt BT"/>
          <w:sz w:val="24"/>
          <w:szCs w:val="24"/>
          <w:lang w:val="nl-BE"/>
        </w:rPr>
        <w:t>Desmond</w:t>
      </w:r>
      <w:proofErr w:type="spellEnd"/>
      <w:r>
        <w:rPr>
          <w:rFonts w:ascii="Futura Lt BT" w:hAnsi="Futura Lt BT"/>
          <w:sz w:val="24"/>
          <w:szCs w:val="24"/>
          <w:lang w:val="nl-BE"/>
        </w:rPr>
        <w:t xml:space="preserve"> Tutu</w:t>
      </w:r>
    </w:p>
    <w:p w:rsidR="00000000" w:rsidRPr="00AC17B0" w:rsidRDefault="00864236" w:rsidP="00864236">
      <w:pPr>
        <w:numPr>
          <w:ilvl w:val="0"/>
          <w:numId w:val="10"/>
        </w:numPr>
        <w:spacing w:after="0"/>
        <w:rPr>
          <w:rFonts w:ascii="Futura Lt BT" w:hAnsi="Futura Lt BT"/>
          <w:sz w:val="24"/>
          <w:szCs w:val="24"/>
        </w:rPr>
      </w:pPr>
      <w:r w:rsidRPr="00AC17B0">
        <w:rPr>
          <w:rFonts w:ascii="Futura Lt BT" w:hAnsi="Futura Lt BT"/>
          <w:sz w:val="24"/>
          <w:szCs w:val="24"/>
        </w:rPr>
        <w:t>"Hope is being able to see that there is light despite all of the darkness."</w:t>
      </w:r>
    </w:p>
    <w:p w:rsidR="00000000" w:rsidRPr="00AC17B0" w:rsidRDefault="00864236" w:rsidP="00864236">
      <w:pPr>
        <w:numPr>
          <w:ilvl w:val="0"/>
          <w:numId w:val="10"/>
        </w:numPr>
        <w:spacing w:after="0"/>
        <w:rPr>
          <w:rFonts w:ascii="Futura Lt BT" w:hAnsi="Futura Lt BT"/>
          <w:sz w:val="24"/>
          <w:szCs w:val="24"/>
          <w:lang w:val="nl-BE"/>
        </w:rPr>
      </w:pPr>
      <w:r w:rsidRPr="00AC17B0">
        <w:rPr>
          <w:rFonts w:ascii="Futura Lt BT" w:hAnsi="Futura Lt BT"/>
          <w:sz w:val="24"/>
          <w:szCs w:val="24"/>
          <w:lang w:val="nl-BE"/>
        </w:rPr>
        <w:t>Hoop is kiezen om het licht te blijven zoeken, zelfs als alles donker lijkt.</w:t>
      </w:r>
    </w:p>
    <w:p w:rsidR="00AC17B0" w:rsidRDefault="00AC17B0" w:rsidP="00864236">
      <w:pPr>
        <w:spacing w:before="240"/>
        <w:rPr>
          <w:rFonts w:ascii="Futura Lt BT" w:hAnsi="Futura Lt BT"/>
          <w:sz w:val="24"/>
          <w:szCs w:val="24"/>
          <w:lang w:val="nl-BE"/>
        </w:rPr>
      </w:pPr>
      <w:proofErr w:type="spellStart"/>
      <w:r>
        <w:rPr>
          <w:rFonts w:ascii="Futura Lt BT" w:hAnsi="Futura Lt BT"/>
          <w:sz w:val="24"/>
          <w:szCs w:val="24"/>
          <w:lang w:val="nl-BE"/>
        </w:rPr>
        <w:t>Vaclav</w:t>
      </w:r>
      <w:proofErr w:type="spellEnd"/>
      <w:r>
        <w:rPr>
          <w:rFonts w:ascii="Futura Lt BT" w:hAnsi="Futura Lt BT"/>
          <w:sz w:val="24"/>
          <w:szCs w:val="24"/>
          <w:lang w:val="nl-BE"/>
        </w:rPr>
        <w:t xml:space="preserve"> </w:t>
      </w:r>
      <w:proofErr w:type="spellStart"/>
      <w:r>
        <w:rPr>
          <w:rFonts w:ascii="Futura Lt BT" w:hAnsi="Futura Lt BT"/>
          <w:sz w:val="24"/>
          <w:szCs w:val="24"/>
          <w:lang w:val="nl-BE"/>
        </w:rPr>
        <w:t>Havel</w:t>
      </w:r>
      <w:proofErr w:type="spellEnd"/>
    </w:p>
    <w:p w:rsidR="00000000" w:rsidRPr="00AC17B0" w:rsidRDefault="00864236" w:rsidP="00864236">
      <w:pPr>
        <w:numPr>
          <w:ilvl w:val="0"/>
          <w:numId w:val="11"/>
        </w:numPr>
        <w:spacing w:after="0"/>
        <w:rPr>
          <w:rFonts w:ascii="Futura Lt BT" w:hAnsi="Futura Lt BT"/>
          <w:sz w:val="24"/>
          <w:szCs w:val="24"/>
        </w:rPr>
      </w:pPr>
      <w:r w:rsidRPr="00AC17B0">
        <w:rPr>
          <w:rFonts w:ascii="Futura Lt BT" w:hAnsi="Futura Lt BT"/>
          <w:sz w:val="24"/>
          <w:szCs w:val="24"/>
        </w:rPr>
        <w:t>"Hope is not the conviction that something wi</w:t>
      </w:r>
      <w:r w:rsidRPr="00AC17B0">
        <w:rPr>
          <w:rFonts w:ascii="Futura Lt BT" w:hAnsi="Futura Lt BT"/>
          <w:sz w:val="24"/>
          <w:szCs w:val="24"/>
        </w:rPr>
        <w:t>ll turn out well, but the certainty that something makes sense, regardless of how it turns out."</w:t>
      </w:r>
    </w:p>
    <w:p w:rsidR="00000000" w:rsidRPr="00AC17B0" w:rsidRDefault="00864236" w:rsidP="00864236">
      <w:pPr>
        <w:numPr>
          <w:ilvl w:val="0"/>
          <w:numId w:val="11"/>
        </w:numPr>
        <w:spacing w:after="0"/>
        <w:rPr>
          <w:rFonts w:ascii="Futura Lt BT" w:hAnsi="Futura Lt BT"/>
          <w:sz w:val="24"/>
          <w:szCs w:val="24"/>
          <w:lang w:val="nl-BE"/>
        </w:rPr>
      </w:pPr>
      <w:r w:rsidRPr="00AC17B0">
        <w:rPr>
          <w:rFonts w:ascii="Futura Lt BT" w:hAnsi="Futura Lt BT"/>
          <w:sz w:val="24"/>
          <w:szCs w:val="24"/>
          <w:lang w:val="nl-BE"/>
        </w:rPr>
        <w:t>Hoop gaat niet over winnen, maar over volhouden omdat het ertoe doet.</w:t>
      </w:r>
    </w:p>
    <w:p w:rsidR="00AC17B0" w:rsidRDefault="00AC17B0" w:rsidP="00864236">
      <w:pPr>
        <w:spacing w:before="240"/>
        <w:rPr>
          <w:rFonts w:ascii="Futura Lt BT" w:hAnsi="Futura Lt BT"/>
          <w:sz w:val="24"/>
          <w:szCs w:val="24"/>
          <w:lang w:val="nl-BE"/>
        </w:rPr>
      </w:pPr>
      <w:r>
        <w:rPr>
          <w:rFonts w:ascii="Futura Lt BT" w:hAnsi="Futura Lt BT"/>
          <w:sz w:val="24"/>
          <w:szCs w:val="24"/>
          <w:lang w:val="nl-BE"/>
        </w:rPr>
        <w:t>Nelson Mandela</w:t>
      </w:r>
    </w:p>
    <w:p w:rsidR="00000000" w:rsidRPr="00AC17B0" w:rsidRDefault="00864236" w:rsidP="00864236">
      <w:pPr>
        <w:numPr>
          <w:ilvl w:val="0"/>
          <w:numId w:val="12"/>
        </w:numPr>
        <w:spacing w:after="0"/>
        <w:rPr>
          <w:rFonts w:ascii="Futura Lt BT" w:hAnsi="Futura Lt BT"/>
          <w:sz w:val="24"/>
          <w:szCs w:val="24"/>
        </w:rPr>
      </w:pPr>
      <w:r w:rsidRPr="00AC17B0">
        <w:rPr>
          <w:rFonts w:ascii="Futura Lt BT" w:hAnsi="Futura Lt BT"/>
          <w:sz w:val="24"/>
          <w:szCs w:val="24"/>
        </w:rPr>
        <w:t>"It always seems impossible until it’s done."</w:t>
      </w:r>
    </w:p>
    <w:p w:rsidR="00000000" w:rsidRPr="00AC17B0" w:rsidRDefault="00864236" w:rsidP="00864236">
      <w:pPr>
        <w:numPr>
          <w:ilvl w:val="0"/>
          <w:numId w:val="12"/>
        </w:numPr>
        <w:spacing w:after="0"/>
        <w:rPr>
          <w:rFonts w:ascii="Futura Lt BT" w:hAnsi="Futura Lt BT"/>
          <w:sz w:val="24"/>
          <w:szCs w:val="24"/>
          <w:lang w:val="nl-BE"/>
        </w:rPr>
      </w:pPr>
      <w:r w:rsidRPr="00AC17B0">
        <w:rPr>
          <w:rFonts w:ascii="Futura Lt BT" w:hAnsi="Futura Lt BT"/>
          <w:sz w:val="24"/>
          <w:szCs w:val="24"/>
          <w:lang w:val="nl-BE"/>
        </w:rPr>
        <w:t>Wat nu onhaalbaar lijkt, kan later jouw grootste overwinning zijn.</w:t>
      </w:r>
    </w:p>
    <w:p w:rsidR="00AC17B0" w:rsidRDefault="00AC17B0" w:rsidP="00864236">
      <w:pPr>
        <w:spacing w:before="240"/>
        <w:rPr>
          <w:rFonts w:ascii="Futura Lt BT" w:hAnsi="Futura Lt BT"/>
          <w:sz w:val="24"/>
          <w:szCs w:val="24"/>
          <w:lang w:val="nl-BE"/>
        </w:rPr>
      </w:pPr>
      <w:r>
        <w:rPr>
          <w:rFonts w:ascii="Futura Lt BT" w:hAnsi="Futura Lt BT"/>
          <w:sz w:val="24"/>
          <w:szCs w:val="24"/>
          <w:lang w:val="nl-BE"/>
        </w:rPr>
        <w:t>Don Bosco</w:t>
      </w:r>
    </w:p>
    <w:p w:rsidR="00000000" w:rsidRPr="00AC17B0" w:rsidRDefault="00864236" w:rsidP="00864236">
      <w:pPr>
        <w:numPr>
          <w:ilvl w:val="0"/>
          <w:numId w:val="13"/>
        </w:numPr>
        <w:spacing w:after="0"/>
        <w:rPr>
          <w:rFonts w:ascii="Futura Lt BT" w:hAnsi="Futura Lt BT"/>
          <w:sz w:val="24"/>
          <w:szCs w:val="24"/>
          <w:lang w:val="nl-BE"/>
        </w:rPr>
      </w:pPr>
      <w:r w:rsidRPr="00AC17B0">
        <w:rPr>
          <w:rFonts w:ascii="Futura Lt BT" w:hAnsi="Futura Lt BT"/>
          <w:sz w:val="24"/>
          <w:szCs w:val="24"/>
          <w:lang w:val="nl-BE"/>
        </w:rPr>
        <w:t>"Een kind dat geliefd wordt, zal ook zelf leren liefhebben."</w:t>
      </w:r>
    </w:p>
    <w:p w:rsidR="00000000" w:rsidRPr="00AC17B0" w:rsidRDefault="00864236" w:rsidP="00864236">
      <w:pPr>
        <w:numPr>
          <w:ilvl w:val="0"/>
          <w:numId w:val="13"/>
        </w:numPr>
        <w:spacing w:after="0"/>
        <w:rPr>
          <w:rFonts w:ascii="Futura Lt BT" w:hAnsi="Futura Lt BT"/>
          <w:sz w:val="24"/>
          <w:szCs w:val="24"/>
          <w:lang w:val="nl-BE"/>
        </w:rPr>
      </w:pPr>
      <w:r w:rsidRPr="00AC17B0">
        <w:rPr>
          <w:rFonts w:ascii="Futura Lt BT" w:hAnsi="Futura Lt BT"/>
          <w:sz w:val="24"/>
          <w:szCs w:val="24"/>
          <w:lang w:val="nl-BE"/>
        </w:rPr>
        <w:t>Hoop leeft waar liefde gegeven wordt. Geloof in jongeren maakt verschil.</w:t>
      </w:r>
    </w:p>
    <w:p w:rsidR="00AC17B0" w:rsidRDefault="00AC17B0" w:rsidP="00864236">
      <w:pPr>
        <w:spacing w:before="240"/>
        <w:rPr>
          <w:rFonts w:ascii="Futura Lt BT" w:hAnsi="Futura Lt BT"/>
          <w:sz w:val="24"/>
          <w:szCs w:val="24"/>
          <w:lang w:val="nl-BE"/>
        </w:rPr>
      </w:pPr>
      <w:r>
        <w:rPr>
          <w:rFonts w:ascii="Futura Lt BT" w:hAnsi="Futura Lt BT"/>
          <w:sz w:val="24"/>
          <w:szCs w:val="24"/>
          <w:lang w:val="nl-BE"/>
        </w:rPr>
        <w:t>Emily Dickinson</w:t>
      </w:r>
    </w:p>
    <w:p w:rsidR="00000000" w:rsidRPr="00AC17B0" w:rsidRDefault="00864236" w:rsidP="00864236">
      <w:pPr>
        <w:numPr>
          <w:ilvl w:val="0"/>
          <w:numId w:val="14"/>
        </w:numPr>
        <w:spacing w:after="0"/>
        <w:rPr>
          <w:rFonts w:ascii="Futura Lt BT" w:hAnsi="Futura Lt BT"/>
          <w:sz w:val="24"/>
          <w:szCs w:val="24"/>
        </w:rPr>
      </w:pPr>
      <w:r w:rsidRPr="00AC17B0">
        <w:rPr>
          <w:rFonts w:ascii="Futura Lt BT" w:hAnsi="Futura Lt BT"/>
          <w:sz w:val="24"/>
          <w:szCs w:val="24"/>
        </w:rPr>
        <w:t>"Hope is the thing with feathers that perches in the soul... and never stops at all."</w:t>
      </w:r>
    </w:p>
    <w:p w:rsidR="00AC17B0" w:rsidRDefault="00864236" w:rsidP="00864236">
      <w:pPr>
        <w:numPr>
          <w:ilvl w:val="0"/>
          <w:numId w:val="14"/>
        </w:numPr>
        <w:spacing w:after="0"/>
        <w:rPr>
          <w:rFonts w:ascii="Futura Lt BT" w:hAnsi="Futura Lt BT"/>
          <w:sz w:val="24"/>
          <w:szCs w:val="24"/>
          <w:lang w:val="nl-BE"/>
        </w:rPr>
      </w:pPr>
      <w:r w:rsidRPr="00AC17B0">
        <w:rPr>
          <w:rFonts w:ascii="Futura Lt BT" w:hAnsi="Futura Lt BT"/>
          <w:sz w:val="24"/>
          <w:szCs w:val="24"/>
          <w:lang w:val="nl-BE"/>
        </w:rPr>
        <w:t>Hoop is als een vogel die zachtjes blijft zingen in ons har</w:t>
      </w:r>
      <w:r w:rsidRPr="00AC17B0">
        <w:rPr>
          <w:rFonts w:ascii="Futura Lt BT" w:hAnsi="Futura Lt BT"/>
          <w:sz w:val="24"/>
          <w:szCs w:val="24"/>
          <w:lang w:val="nl-BE"/>
        </w:rPr>
        <w:t>t.</w:t>
      </w:r>
    </w:p>
    <w:p w:rsidR="00AC17B0" w:rsidRDefault="00AC17B0" w:rsidP="00864236">
      <w:pPr>
        <w:spacing w:before="240"/>
        <w:rPr>
          <w:rFonts w:ascii="Futura Lt BT" w:hAnsi="Futura Lt BT"/>
          <w:sz w:val="24"/>
          <w:szCs w:val="24"/>
          <w:lang w:val="nl-BE"/>
        </w:rPr>
      </w:pPr>
      <w:r>
        <w:rPr>
          <w:rFonts w:ascii="Futura Lt BT" w:hAnsi="Futura Lt BT"/>
          <w:sz w:val="24"/>
          <w:szCs w:val="24"/>
          <w:lang w:val="nl-BE"/>
        </w:rPr>
        <w:t>Paus Franciscus</w:t>
      </w:r>
    </w:p>
    <w:p w:rsidR="00000000" w:rsidRPr="00AC17B0" w:rsidRDefault="00864236" w:rsidP="00864236">
      <w:pPr>
        <w:numPr>
          <w:ilvl w:val="0"/>
          <w:numId w:val="15"/>
        </w:numPr>
        <w:spacing w:after="0"/>
        <w:rPr>
          <w:rFonts w:ascii="Futura Lt BT" w:hAnsi="Futura Lt BT"/>
          <w:sz w:val="24"/>
          <w:szCs w:val="24"/>
        </w:rPr>
      </w:pPr>
      <w:r w:rsidRPr="00AC17B0">
        <w:rPr>
          <w:rFonts w:ascii="Futura Lt BT" w:hAnsi="Futura Lt BT"/>
          <w:sz w:val="24"/>
          <w:szCs w:val="24"/>
        </w:rPr>
        <w:lastRenderedPageBreak/>
        <w:t>"You can have flaws, be anxious, and even be angry, but do not forget that your life is the greatest enterprise in the world."</w:t>
      </w:r>
    </w:p>
    <w:p w:rsidR="00000000" w:rsidRPr="00AC17B0" w:rsidRDefault="00864236" w:rsidP="00864236">
      <w:pPr>
        <w:numPr>
          <w:ilvl w:val="0"/>
          <w:numId w:val="15"/>
        </w:numPr>
        <w:spacing w:after="0"/>
        <w:rPr>
          <w:rFonts w:ascii="Futura Lt BT" w:hAnsi="Futura Lt BT"/>
          <w:sz w:val="24"/>
          <w:szCs w:val="24"/>
          <w:lang w:val="nl-BE"/>
        </w:rPr>
      </w:pPr>
      <w:r w:rsidRPr="00AC17B0">
        <w:rPr>
          <w:rFonts w:ascii="Futura Lt BT" w:hAnsi="Futura Lt BT"/>
          <w:sz w:val="24"/>
          <w:szCs w:val="24"/>
          <w:lang w:val="nl-BE"/>
        </w:rPr>
        <w:t>Jij bent waardevol, ook als het even niet goed gaat.</w:t>
      </w:r>
    </w:p>
    <w:p w:rsidR="00AC17B0" w:rsidRDefault="00AC17B0" w:rsidP="00864236">
      <w:pPr>
        <w:spacing w:before="240"/>
        <w:rPr>
          <w:rFonts w:ascii="Futura Lt BT" w:hAnsi="Futura Lt BT"/>
          <w:sz w:val="24"/>
          <w:szCs w:val="24"/>
          <w:lang w:val="nl-BE"/>
        </w:rPr>
      </w:pPr>
      <w:r>
        <w:rPr>
          <w:rFonts w:ascii="Futura Lt BT" w:hAnsi="Futura Lt BT"/>
          <w:sz w:val="24"/>
          <w:szCs w:val="24"/>
          <w:lang w:val="nl-BE"/>
        </w:rPr>
        <w:t>Martin Luther King Jr.</w:t>
      </w:r>
      <w:bookmarkStart w:id="0" w:name="_GoBack"/>
      <w:bookmarkEnd w:id="0"/>
    </w:p>
    <w:p w:rsidR="00000000" w:rsidRPr="00AC17B0" w:rsidRDefault="00864236" w:rsidP="00864236">
      <w:pPr>
        <w:numPr>
          <w:ilvl w:val="0"/>
          <w:numId w:val="16"/>
        </w:numPr>
        <w:spacing w:after="0"/>
        <w:rPr>
          <w:rFonts w:ascii="Futura Lt BT" w:hAnsi="Futura Lt BT"/>
          <w:sz w:val="24"/>
          <w:szCs w:val="24"/>
        </w:rPr>
      </w:pPr>
      <w:r w:rsidRPr="00AC17B0">
        <w:rPr>
          <w:rFonts w:ascii="Futura Lt BT" w:hAnsi="Futura Lt BT"/>
          <w:sz w:val="24"/>
          <w:szCs w:val="24"/>
        </w:rPr>
        <w:t>"We must accept finite disappointment, but never lose infinite hope."</w:t>
      </w:r>
    </w:p>
    <w:p w:rsidR="00000000" w:rsidRPr="00AC17B0" w:rsidRDefault="00864236" w:rsidP="00864236">
      <w:pPr>
        <w:numPr>
          <w:ilvl w:val="0"/>
          <w:numId w:val="16"/>
        </w:numPr>
        <w:spacing w:after="0"/>
        <w:rPr>
          <w:rFonts w:ascii="Futura Lt BT" w:hAnsi="Futura Lt BT"/>
          <w:sz w:val="24"/>
          <w:szCs w:val="24"/>
          <w:lang w:val="nl-BE"/>
        </w:rPr>
      </w:pPr>
      <w:r w:rsidRPr="00AC17B0">
        <w:rPr>
          <w:rFonts w:ascii="Futura Lt BT" w:hAnsi="Futura Lt BT"/>
          <w:sz w:val="24"/>
          <w:szCs w:val="24"/>
          <w:lang w:val="nl-BE"/>
        </w:rPr>
        <w:t>Teleurstelling hoort erbij, maar hoop houdt ons op de been.</w:t>
      </w:r>
    </w:p>
    <w:p w:rsidR="00AC17B0" w:rsidRPr="00AC17B0" w:rsidRDefault="00AC17B0" w:rsidP="00AC17B0">
      <w:pPr>
        <w:rPr>
          <w:rFonts w:ascii="Futura Lt BT" w:hAnsi="Futura Lt BT"/>
          <w:sz w:val="24"/>
          <w:szCs w:val="24"/>
          <w:lang w:val="nl-BE"/>
        </w:rPr>
      </w:pPr>
      <w:r w:rsidRPr="00AC17B0">
        <w:rPr>
          <w:rFonts w:ascii="Futura Lt BT" w:hAnsi="Futura Lt BT"/>
          <w:sz w:val="24"/>
          <w:szCs w:val="24"/>
          <w:lang w:val="nl-BE"/>
        </w:rPr>
        <w:br w:type="page"/>
      </w:r>
    </w:p>
    <w:p w:rsidR="00C13529" w:rsidRPr="004A21E7" w:rsidRDefault="0043617D">
      <w:pPr>
        <w:rPr>
          <w:rFonts w:ascii="Futura Lt BT" w:hAnsi="Futura Lt BT"/>
          <w:sz w:val="28"/>
          <w:szCs w:val="28"/>
          <w:lang w:val="nl-BE"/>
        </w:rPr>
      </w:pPr>
      <w:r w:rsidRPr="004A21E7">
        <w:rPr>
          <w:rFonts w:ascii="Futura Lt BT" w:hAnsi="Futura Lt BT"/>
          <w:sz w:val="28"/>
          <w:szCs w:val="28"/>
          <w:lang w:val="nl-BE"/>
        </w:rPr>
        <w:t>W</w:t>
      </w:r>
      <w:r w:rsidR="00634754" w:rsidRPr="004A21E7">
        <w:rPr>
          <w:rFonts w:ascii="Futura Lt BT" w:hAnsi="Futura Lt BT"/>
          <w:sz w:val="28"/>
          <w:szCs w:val="28"/>
          <w:lang w:val="nl-BE"/>
        </w:rPr>
        <w:t>oordspelingen</w:t>
      </w:r>
      <w:r w:rsidRPr="004A21E7">
        <w:rPr>
          <w:rFonts w:ascii="Futura Lt BT" w:hAnsi="Futura Lt BT"/>
          <w:sz w:val="28"/>
          <w:szCs w:val="28"/>
          <w:lang w:val="nl-BE"/>
        </w:rPr>
        <w:t xml:space="preserve"> en zinnen</w:t>
      </w:r>
    </w:p>
    <w:p w:rsidR="00AC17B0" w:rsidRDefault="00AC17B0" w:rsidP="00AC17B0">
      <w:pPr>
        <w:spacing w:after="0" w:line="240" w:lineRule="auto"/>
        <w:ind w:left="1267"/>
        <w:contextualSpacing/>
        <w:rPr>
          <w:rFonts w:hAnsi="Calibri"/>
          <w:color w:val="000000" w:themeColor="text1"/>
          <w:kern w:val="24"/>
          <w:sz w:val="64"/>
          <w:szCs w:val="64"/>
          <w:lang w:val="nl-BE"/>
        </w:rPr>
      </w:pPr>
      <w:r w:rsidRPr="00AC17B0">
        <w:rPr>
          <w:rFonts w:hAnsi="Calibri"/>
          <w:color w:val="000000" w:themeColor="text1"/>
          <w:kern w:val="24"/>
          <w:sz w:val="64"/>
          <w:szCs w:val="64"/>
          <w:lang w:val="nl-BE"/>
        </w:rPr>
        <w:t xml:space="preserve">Hoop is geloven dat er </w:t>
      </w:r>
    </w:p>
    <w:p w:rsidR="00AC17B0" w:rsidRDefault="00AC17B0" w:rsidP="00AC17B0">
      <w:pPr>
        <w:spacing w:after="0" w:line="240" w:lineRule="auto"/>
        <w:ind w:left="1267"/>
        <w:contextualSpacing/>
        <w:jc w:val="center"/>
        <w:rPr>
          <w:rFonts w:hAnsi="Calibri"/>
          <w:color w:val="000000" w:themeColor="text1"/>
          <w:kern w:val="24"/>
          <w:sz w:val="64"/>
          <w:szCs w:val="64"/>
          <w:lang w:val="nl-BE"/>
        </w:rPr>
      </w:pPr>
      <w:r w:rsidRPr="00AC17B0">
        <w:rPr>
          <w:rFonts w:hAnsi="Calibri"/>
          <w:color w:val="000000" w:themeColor="text1"/>
          <w:kern w:val="24"/>
          <w:sz w:val="64"/>
          <w:szCs w:val="64"/>
          <w:lang w:val="nl-BE"/>
        </w:rPr>
        <w:t xml:space="preserve">iets </w:t>
      </w:r>
      <w:r w:rsidRPr="00AC17B0">
        <w:rPr>
          <w:rFonts w:hAnsi="Calibri"/>
          <w:color w:val="00B050"/>
          <w:kern w:val="24"/>
          <w:sz w:val="64"/>
          <w:szCs w:val="64"/>
          <w:lang w:val="nl-BE"/>
        </w:rPr>
        <w:t>goeds</w:t>
      </w:r>
      <w:r w:rsidRPr="00AC17B0">
        <w:rPr>
          <w:rFonts w:hAnsi="Calibri"/>
          <w:color w:val="000000" w:themeColor="text1"/>
          <w:kern w:val="24"/>
          <w:sz w:val="64"/>
          <w:szCs w:val="64"/>
          <w:lang w:val="nl-BE"/>
        </w:rPr>
        <w:t xml:space="preserve"> kan komen,</w:t>
      </w:r>
    </w:p>
    <w:p w:rsidR="00AC17B0" w:rsidRDefault="00AC17B0" w:rsidP="00AC17B0">
      <w:pPr>
        <w:spacing w:after="0" w:line="240" w:lineRule="auto"/>
        <w:ind w:left="1267"/>
        <w:contextualSpacing/>
        <w:rPr>
          <w:rFonts w:hAnsi="Calibri"/>
          <w:color w:val="000000" w:themeColor="text1"/>
          <w:kern w:val="24"/>
          <w:sz w:val="64"/>
          <w:szCs w:val="64"/>
          <w:lang w:val="nl-BE"/>
        </w:rPr>
      </w:pPr>
      <w:r w:rsidRPr="00AC17B0">
        <w:rPr>
          <w:rFonts w:hAnsi="Calibri"/>
          <w:color w:val="000000" w:themeColor="text1"/>
          <w:kern w:val="24"/>
          <w:sz w:val="64"/>
          <w:szCs w:val="64"/>
          <w:lang w:val="nl-BE"/>
        </w:rPr>
        <w:t xml:space="preserve">ook als het nu </w:t>
      </w:r>
    </w:p>
    <w:p w:rsidR="00AC17B0" w:rsidRPr="004A21E7" w:rsidRDefault="00AC17B0" w:rsidP="004A21E7">
      <w:pPr>
        <w:spacing w:after="0" w:line="240" w:lineRule="auto"/>
        <w:ind w:left="1267"/>
        <w:contextualSpacing/>
        <w:jc w:val="center"/>
        <w:rPr>
          <w:rFonts w:ascii="Times New Roman" w:eastAsia="Times New Roman" w:hAnsi="Times New Roman" w:cs="Times New Roman"/>
          <w:sz w:val="64"/>
          <w:szCs w:val="24"/>
          <w:lang w:val="nl-BE"/>
        </w:rPr>
      </w:pPr>
      <w:r w:rsidRPr="00AC17B0">
        <w:rPr>
          <w:rFonts w:hAnsi="Calibri"/>
          <w:color w:val="548DD4" w:themeColor="text2" w:themeTint="99"/>
          <w:kern w:val="24"/>
          <w:sz w:val="64"/>
          <w:szCs w:val="64"/>
          <w:lang w:val="nl-BE"/>
        </w:rPr>
        <w:t>moeilijk</w:t>
      </w:r>
      <w:r w:rsidRPr="00AC17B0">
        <w:rPr>
          <w:rFonts w:hAnsi="Calibri"/>
          <w:color w:val="000000" w:themeColor="text1"/>
          <w:kern w:val="24"/>
          <w:sz w:val="64"/>
          <w:szCs w:val="64"/>
          <w:lang w:val="nl-BE"/>
        </w:rPr>
        <w:t xml:space="preserve"> is.</w:t>
      </w:r>
    </w:p>
    <w:p w:rsidR="00634754" w:rsidRDefault="00634754" w:rsidP="004A21E7">
      <w:pPr>
        <w:pStyle w:val="Kop1"/>
        <w:rPr>
          <w:rFonts w:ascii="Futura Lt BT" w:hAnsi="Futura Lt BT"/>
          <w:sz w:val="24"/>
          <w:szCs w:val="24"/>
          <w:lang w:val="nl-BE"/>
        </w:rPr>
      </w:pPr>
      <w:r w:rsidRPr="00634754">
        <w:rPr>
          <w:rFonts w:ascii="Segoe UI Symbol" w:hAnsi="Segoe UI Symbol" w:cs="Segoe UI Symbol"/>
          <w:sz w:val="24"/>
          <w:szCs w:val="24"/>
        </w:rPr>
        <w:t>🔑</w:t>
      </w:r>
      <w:r w:rsidRPr="00634754">
        <w:rPr>
          <w:rFonts w:ascii="Futura Lt BT" w:hAnsi="Futura Lt BT"/>
          <w:sz w:val="24"/>
          <w:szCs w:val="24"/>
          <w:lang w:val="nl-BE"/>
        </w:rPr>
        <w:t xml:space="preserve"> Woordspelingen met ‘sleutel’ en ‘hoop’</w:t>
      </w:r>
    </w:p>
    <w:p w:rsidR="004A21E7" w:rsidRPr="004A21E7" w:rsidRDefault="004A21E7" w:rsidP="004A21E7">
      <w:pPr>
        <w:spacing w:after="0"/>
        <w:rPr>
          <w:lang w:val="nl-BE"/>
        </w:rPr>
      </w:pPr>
    </w:p>
    <w:p w:rsidR="004A21E7" w:rsidRDefault="00634754">
      <w:pPr>
        <w:rPr>
          <w:rFonts w:ascii="Futura Lt BT" w:hAnsi="Futura Lt BT"/>
          <w:sz w:val="24"/>
          <w:szCs w:val="24"/>
          <w:lang w:val="nl-BE"/>
        </w:rPr>
      </w:pPr>
      <w:r w:rsidRPr="00634754">
        <w:rPr>
          <w:rFonts w:ascii="Futura Lt BT" w:hAnsi="Futura Lt BT"/>
          <w:sz w:val="24"/>
          <w:szCs w:val="24"/>
          <w:lang w:val="nl-BE"/>
        </w:rPr>
        <w:t>De sleutel tot hoop... zit soms in een klein gebaar.</w:t>
      </w:r>
    </w:p>
    <w:p w:rsidR="00C13529" w:rsidRPr="00634754" w:rsidRDefault="00634754">
      <w:pPr>
        <w:rPr>
          <w:rFonts w:ascii="Futura Lt BT" w:hAnsi="Futura Lt BT"/>
          <w:sz w:val="24"/>
          <w:szCs w:val="24"/>
          <w:lang w:val="nl-BE"/>
        </w:rPr>
      </w:pPr>
      <w:r w:rsidRPr="00634754">
        <w:rPr>
          <w:rFonts w:ascii="Futura Lt BT" w:hAnsi="Futura Lt BT"/>
          <w:sz w:val="24"/>
          <w:szCs w:val="24"/>
          <w:lang w:val="nl-BE"/>
        </w:rPr>
        <w:t>Elke deur naar morgen opent met een sleutel van hoop.</w:t>
      </w:r>
    </w:p>
    <w:p w:rsidR="00C13529" w:rsidRPr="00634754" w:rsidRDefault="00634754">
      <w:pPr>
        <w:rPr>
          <w:rFonts w:ascii="Futura Lt BT" w:hAnsi="Futura Lt BT"/>
          <w:sz w:val="24"/>
          <w:szCs w:val="24"/>
          <w:lang w:val="nl-BE"/>
        </w:rPr>
      </w:pPr>
      <w:r w:rsidRPr="00634754">
        <w:rPr>
          <w:rFonts w:ascii="Futura Lt BT" w:hAnsi="Futura Lt BT"/>
          <w:sz w:val="24"/>
          <w:szCs w:val="24"/>
          <w:lang w:val="nl-BE"/>
        </w:rPr>
        <w:t>Een sleutel van hoop... past in elk hart.</w:t>
      </w:r>
    </w:p>
    <w:p w:rsidR="00C13529" w:rsidRPr="00634754" w:rsidRDefault="00634754">
      <w:pPr>
        <w:rPr>
          <w:rFonts w:ascii="Futura Lt BT" w:hAnsi="Futura Lt BT"/>
          <w:sz w:val="24"/>
          <w:szCs w:val="24"/>
          <w:lang w:val="nl-BE"/>
        </w:rPr>
      </w:pPr>
      <w:r w:rsidRPr="00634754">
        <w:rPr>
          <w:rFonts w:ascii="Futura Lt BT" w:hAnsi="Futura Lt BT"/>
          <w:sz w:val="24"/>
          <w:szCs w:val="24"/>
          <w:lang w:val="nl-BE"/>
        </w:rPr>
        <w:t>Hoop is de sleutel die zelfs de zwaarste dagen opent.</w:t>
      </w:r>
    </w:p>
    <w:p w:rsidR="00C13529" w:rsidRPr="00634754" w:rsidRDefault="00634754">
      <w:pPr>
        <w:rPr>
          <w:rFonts w:ascii="Futura Lt BT" w:hAnsi="Futura Lt BT"/>
          <w:sz w:val="24"/>
          <w:szCs w:val="24"/>
          <w:lang w:val="nl-BE"/>
        </w:rPr>
      </w:pPr>
      <w:r w:rsidRPr="00634754">
        <w:rPr>
          <w:rFonts w:ascii="Futura Lt BT" w:hAnsi="Futura Lt BT"/>
          <w:sz w:val="24"/>
          <w:szCs w:val="24"/>
          <w:lang w:val="nl-BE"/>
        </w:rPr>
        <w:t>Soms is luisteren de sleutel… en hoop de deur die opengaat.</w:t>
      </w:r>
    </w:p>
    <w:p w:rsidR="00C13529" w:rsidRPr="00634754" w:rsidRDefault="00634754">
      <w:pPr>
        <w:rPr>
          <w:rFonts w:ascii="Futura Lt BT" w:hAnsi="Futura Lt BT"/>
          <w:sz w:val="24"/>
          <w:szCs w:val="24"/>
          <w:lang w:val="nl-BE"/>
        </w:rPr>
      </w:pPr>
      <w:r w:rsidRPr="00634754">
        <w:rPr>
          <w:rFonts w:ascii="Futura Lt BT" w:hAnsi="Futura Lt BT"/>
          <w:sz w:val="24"/>
          <w:szCs w:val="24"/>
          <w:lang w:val="nl-BE"/>
        </w:rPr>
        <w:t>Geef een sleutel van hoop door – het opent meer dan je denkt.</w:t>
      </w:r>
    </w:p>
    <w:p w:rsidR="00C13529" w:rsidRPr="00634754" w:rsidRDefault="00634754">
      <w:pPr>
        <w:rPr>
          <w:rFonts w:ascii="Futura Lt BT" w:hAnsi="Futura Lt BT"/>
          <w:sz w:val="24"/>
          <w:szCs w:val="24"/>
          <w:lang w:val="nl-BE"/>
        </w:rPr>
      </w:pPr>
      <w:r w:rsidRPr="00634754">
        <w:rPr>
          <w:rFonts w:ascii="Futura Lt BT" w:hAnsi="Futura Lt BT"/>
          <w:sz w:val="24"/>
          <w:szCs w:val="24"/>
          <w:lang w:val="nl-BE"/>
        </w:rPr>
        <w:t>Elke droom begint met een sleutel… die hoop heet.</w:t>
      </w:r>
    </w:p>
    <w:p w:rsidR="00C13529" w:rsidRPr="00634754" w:rsidRDefault="00634754">
      <w:pPr>
        <w:rPr>
          <w:rFonts w:ascii="Futura Lt BT" w:hAnsi="Futura Lt BT"/>
          <w:sz w:val="24"/>
          <w:szCs w:val="24"/>
          <w:lang w:val="nl-BE"/>
        </w:rPr>
      </w:pPr>
      <w:r w:rsidRPr="00634754">
        <w:rPr>
          <w:rFonts w:ascii="Futura Lt BT" w:hAnsi="Futura Lt BT"/>
          <w:sz w:val="24"/>
          <w:szCs w:val="24"/>
          <w:lang w:val="nl-BE"/>
        </w:rPr>
        <w:t>Verlies nooit je sleutel – want hoop hangt eraan.</w:t>
      </w:r>
    </w:p>
    <w:p w:rsidR="00C13529" w:rsidRPr="00634754" w:rsidRDefault="00634754">
      <w:pPr>
        <w:rPr>
          <w:rFonts w:ascii="Futura Lt BT" w:hAnsi="Futura Lt BT"/>
          <w:sz w:val="24"/>
          <w:szCs w:val="24"/>
          <w:lang w:val="nl-BE"/>
        </w:rPr>
      </w:pPr>
      <w:r w:rsidRPr="00634754">
        <w:rPr>
          <w:rFonts w:ascii="Futura Lt BT" w:hAnsi="Futura Lt BT"/>
          <w:sz w:val="24"/>
          <w:szCs w:val="24"/>
          <w:lang w:val="nl-BE"/>
        </w:rPr>
        <w:t>In het huis van hoop... zijn sleutels om te delen.</w:t>
      </w:r>
    </w:p>
    <w:p w:rsidR="0043617D" w:rsidRDefault="00634754" w:rsidP="0043617D">
      <w:pPr>
        <w:rPr>
          <w:rFonts w:ascii="Futura Lt BT" w:hAnsi="Futura Lt BT"/>
          <w:sz w:val="24"/>
          <w:szCs w:val="24"/>
          <w:lang w:val="nl-BE"/>
        </w:rPr>
      </w:pPr>
      <w:r w:rsidRPr="00634754">
        <w:rPr>
          <w:rFonts w:ascii="Futura Lt BT" w:hAnsi="Futura Lt BT"/>
          <w:sz w:val="24"/>
          <w:szCs w:val="24"/>
          <w:lang w:val="nl-BE"/>
        </w:rPr>
        <w:t>Een sleutel zonder deur? Misschien ben jij de opening naar hoop.</w:t>
      </w:r>
    </w:p>
    <w:p w:rsidR="0043617D" w:rsidRPr="00634754" w:rsidRDefault="00864236">
      <w:pPr>
        <w:rPr>
          <w:rFonts w:ascii="Futura Lt BT" w:hAnsi="Futura Lt BT"/>
          <w:sz w:val="24"/>
          <w:szCs w:val="24"/>
          <w:lang w:val="nl-BE"/>
        </w:rPr>
      </w:pPr>
      <w:r w:rsidRPr="0043617D">
        <w:rPr>
          <w:rFonts w:ascii="Futura Lt BT" w:hAnsi="Futura Lt BT"/>
          <w:sz w:val="24"/>
          <w:szCs w:val="24"/>
          <w:lang w:val="nl-BE"/>
        </w:rPr>
        <w:t>Hoop is als een zonnestraal in je hart.</w:t>
      </w:r>
      <w:r w:rsidR="0043617D">
        <w:rPr>
          <w:rFonts w:ascii="Futura Lt BT" w:hAnsi="Futura Lt BT"/>
          <w:sz w:val="24"/>
          <w:szCs w:val="24"/>
          <w:lang w:val="nl-BE"/>
        </w:rPr>
        <w:t xml:space="preserve"> </w:t>
      </w:r>
      <w:r w:rsidRPr="0043617D">
        <w:rPr>
          <w:rFonts w:ascii="Futura Lt BT" w:hAnsi="Futura Lt BT"/>
          <w:sz w:val="24"/>
          <w:szCs w:val="24"/>
          <w:lang w:val="nl-BE"/>
        </w:rPr>
        <w:t>Blijf die delen met anderen!</w:t>
      </w:r>
    </w:p>
    <w:p w:rsidR="00634754" w:rsidRDefault="00634754" w:rsidP="004A21E7">
      <w:pPr>
        <w:pStyle w:val="Kop1"/>
        <w:rPr>
          <w:rFonts w:ascii="Futura Lt BT" w:hAnsi="Futura Lt BT"/>
          <w:sz w:val="24"/>
          <w:szCs w:val="24"/>
          <w:lang w:val="nl-BE"/>
        </w:rPr>
      </w:pPr>
      <w:r w:rsidRPr="00634754">
        <w:rPr>
          <w:rFonts w:ascii="Segoe UI Symbol" w:hAnsi="Segoe UI Symbol" w:cs="Segoe UI Symbol"/>
          <w:sz w:val="24"/>
          <w:szCs w:val="24"/>
        </w:rPr>
        <w:t>🏠</w:t>
      </w:r>
      <w:r w:rsidRPr="00634754">
        <w:rPr>
          <w:rFonts w:ascii="Futura Lt BT" w:hAnsi="Futura Lt BT"/>
          <w:sz w:val="24"/>
          <w:szCs w:val="24"/>
          <w:lang w:val="nl-BE"/>
        </w:rPr>
        <w:t xml:space="preserve"> Woordspelingen met het huisje als symbool</w:t>
      </w:r>
    </w:p>
    <w:p w:rsidR="004A21E7" w:rsidRPr="004A21E7" w:rsidRDefault="004A21E7" w:rsidP="004A21E7">
      <w:pPr>
        <w:spacing w:after="0"/>
        <w:rPr>
          <w:lang w:val="nl-BE"/>
        </w:rPr>
      </w:pPr>
    </w:p>
    <w:p w:rsidR="00C13529" w:rsidRPr="00634754" w:rsidRDefault="00634754">
      <w:pPr>
        <w:rPr>
          <w:rFonts w:ascii="Futura Lt BT" w:hAnsi="Futura Lt BT"/>
          <w:sz w:val="24"/>
          <w:szCs w:val="24"/>
          <w:lang w:val="nl-BE"/>
        </w:rPr>
      </w:pPr>
      <w:r w:rsidRPr="00634754">
        <w:rPr>
          <w:rFonts w:ascii="Futura Lt BT" w:hAnsi="Futura Lt BT"/>
          <w:sz w:val="24"/>
          <w:szCs w:val="24"/>
          <w:lang w:val="nl-BE"/>
        </w:rPr>
        <w:t>In dit huisje past iedereen – vooral wie hoop brengt.</w:t>
      </w:r>
    </w:p>
    <w:p w:rsidR="00C13529" w:rsidRPr="00634754" w:rsidRDefault="00634754">
      <w:pPr>
        <w:rPr>
          <w:rFonts w:ascii="Futura Lt BT" w:hAnsi="Futura Lt BT"/>
          <w:sz w:val="24"/>
          <w:szCs w:val="24"/>
          <w:lang w:val="nl-BE"/>
        </w:rPr>
      </w:pPr>
      <w:r w:rsidRPr="00634754">
        <w:rPr>
          <w:rFonts w:ascii="Futura Lt BT" w:hAnsi="Futura Lt BT"/>
          <w:sz w:val="24"/>
          <w:szCs w:val="24"/>
          <w:lang w:val="nl-BE"/>
        </w:rPr>
        <w:t>Een huis vol sleutels... want elke leerling opent een ander verhaal.</w:t>
      </w:r>
    </w:p>
    <w:p w:rsidR="00C13529" w:rsidRPr="00634754" w:rsidRDefault="00634754">
      <w:pPr>
        <w:rPr>
          <w:rFonts w:ascii="Futura Lt BT" w:hAnsi="Futura Lt BT"/>
          <w:sz w:val="24"/>
          <w:szCs w:val="24"/>
          <w:lang w:val="nl-BE"/>
        </w:rPr>
      </w:pPr>
      <w:r w:rsidRPr="00634754">
        <w:rPr>
          <w:rFonts w:ascii="Futura Lt BT" w:hAnsi="Futura Lt BT"/>
          <w:sz w:val="24"/>
          <w:szCs w:val="24"/>
          <w:lang w:val="nl-BE"/>
        </w:rPr>
        <w:t>Geen huis zonder sleutel, geen mens zonder hoop.</w:t>
      </w:r>
    </w:p>
    <w:p w:rsidR="00C13529" w:rsidRPr="00634754" w:rsidRDefault="00634754">
      <w:pPr>
        <w:rPr>
          <w:rFonts w:ascii="Futura Lt BT" w:hAnsi="Futura Lt BT"/>
          <w:sz w:val="24"/>
          <w:szCs w:val="24"/>
          <w:lang w:val="nl-BE"/>
        </w:rPr>
      </w:pPr>
      <w:r w:rsidRPr="00634754">
        <w:rPr>
          <w:rFonts w:ascii="Futura Lt BT" w:hAnsi="Futura Lt BT"/>
          <w:sz w:val="24"/>
          <w:szCs w:val="24"/>
          <w:lang w:val="nl-BE"/>
        </w:rPr>
        <w:t>We bouwen aan een huis van hoop – sleutel na sleutel, verhaal na verhaal.</w:t>
      </w:r>
    </w:p>
    <w:p w:rsidR="00C13529" w:rsidRPr="00634754" w:rsidRDefault="00634754">
      <w:pPr>
        <w:rPr>
          <w:rFonts w:ascii="Futura Lt BT" w:hAnsi="Futura Lt BT"/>
          <w:sz w:val="24"/>
          <w:szCs w:val="24"/>
          <w:lang w:val="nl-BE"/>
        </w:rPr>
      </w:pPr>
      <w:r w:rsidRPr="00634754">
        <w:rPr>
          <w:rFonts w:ascii="Futura Lt BT" w:hAnsi="Futura Lt BT"/>
          <w:sz w:val="24"/>
          <w:szCs w:val="24"/>
          <w:lang w:val="nl-BE"/>
        </w:rPr>
        <w:t>Welkom thuis... waar de sleutel ‘vertrouwen’ heet en de deur ‘hoop’.</w:t>
      </w:r>
    </w:p>
    <w:sectPr w:rsidR="00C13529" w:rsidRPr="00634754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Futura Lt BT">
    <w:panose1 w:val="020B0402020204020303"/>
    <w:charset w:val="00"/>
    <w:family w:val="swiss"/>
    <w:pitch w:val="variable"/>
    <w:sig w:usb0="00000087" w:usb1="00000000" w:usb2="00000000" w:usb3="00000000" w:csb0="0000001B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jstnummering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jstnummering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jstopsomteken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jstopsomteken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jstnummering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jstopsomtek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05852A0"/>
    <w:multiLevelType w:val="hybridMultilevel"/>
    <w:tmpl w:val="24C4EFF6"/>
    <w:lvl w:ilvl="0" w:tplc="46E63BA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048E23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6F623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82CCA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E02F14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438512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ECA7C1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9F066D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0961C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00892E66"/>
    <w:multiLevelType w:val="hybridMultilevel"/>
    <w:tmpl w:val="5C521122"/>
    <w:lvl w:ilvl="0" w:tplc="933CE37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194828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31E93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A64EBF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ACAC12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780585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C686B7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12A66A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A2CE70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09BF1798"/>
    <w:multiLevelType w:val="hybridMultilevel"/>
    <w:tmpl w:val="986CFE08"/>
    <w:lvl w:ilvl="0" w:tplc="22800AF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C003FD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122BD0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F9C185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28415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D1241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8D6A0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17E12D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F4809A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1F234C1C"/>
    <w:multiLevelType w:val="hybridMultilevel"/>
    <w:tmpl w:val="2F28580C"/>
    <w:lvl w:ilvl="0" w:tplc="58FC251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43AFB3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1F8A2A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70A3A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6D4A9C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532F77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A02D5E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E16D77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B14549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331D1E71"/>
    <w:multiLevelType w:val="hybridMultilevel"/>
    <w:tmpl w:val="370417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A1049A"/>
    <w:multiLevelType w:val="hybridMultilevel"/>
    <w:tmpl w:val="77A2F2F0"/>
    <w:lvl w:ilvl="0" w:tplc="85800B7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5FAE29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AC00EE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946BFE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3B488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612EB0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6E02AD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FF8C68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C02BE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55F902EA"/>
    <w:multiLevelType w:val="hybridMultilevel"/>
    <w:tmpl w:val="E46801FA"/>
    <w:lvl w:ilvl="0" w:tplc="1FECE8E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95672E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C1E6A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7C5C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F281D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B2214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5CCB11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51236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B0E3B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 w15:restartNumberingAfterBreak="0">
    <w:nsid w:val="56427BD0"/>
    <w:multiLevelType w:val="hybridMultilevel"/>
    <w:tmpl w:val="7C924CFE"/>
    <w:lvl w:ilvl="0" w:tplc="091A7A3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B24AB7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70EF9B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AD2C47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2FAED1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CF09A2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BD4C01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5E220C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38AE13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70751721"/>
    <w:multiLevelType w:val="hybridMultilevel"/>
    <w:tmpl w:val="00ECCF02"/>
    <w:lvl w:ilvl="0" w:tplc="0AE8B9F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AB056A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BCAF5D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5DEF2C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772A58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7068A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97623F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D522D8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22461B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 w15:restartNumberingAfterBreak="0">
    <w:nsid w:val="74330724"/>
    <w:multiLevelType w:val="hybridMultilevel"/>
    <w:tmpl w:val="30EEAADA"/>
    <w:lvl w:ilvl="0" w:tplc="18F4B9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304C79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CF8733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5362EC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99829F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C204FC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702158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38847C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12A331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75534D39"/>
    <w:multiLevelType w:val="hybridMultilevel"/>
    <w:tmpl w:val="7EB20EC2"/>
    <w:lvl w:ilvl="0" w:tplc="9EFA7FE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9AE492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CB4FEB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9A095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98C847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5DA409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F5068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1EA101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450906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  <w:num w:numId="10">
    <w:abstractNumId w:val="19"/>
  </w:num>
  <w:num w:numId="11">
    <w:abstractNumId w:val="10"/>
  </w:num>
  <w:num w:numId="12">
    <w:abstractNumId w:val="9"/>
  </w:num>
  <w:num w:numId="13">
    <w:abstractNumId w:val="14"/>
  </w:num>
  <w:num w:numId="14">
    <w:abstractNumId w:val="18"/>
  </w:num>
  <w:num w:numId="15">
    <w:abstractNumId w:val="15"/>
  </w:num>
  <w:num w:numId="16">
    <w:abstractNumId w:val="16"/>
  </w:num>
  <w:num w:numId="17">
    <w:abstractNumId w:val="12"/>
  </w:num>
  <w:num w:numId="18">
    <w:abstractNumId w:val="17"/>
  </w:num>
  <w:num w:numId="19">
    <w:abstractNumId w:val="11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43617D"/>
    <w:rsid w:val="004A21E7"/>
    <w:rsid w:val="00634754"/>
    <w:rsid w:val="00864236"/>
    <w:rsid w:val="00AA1D8D"/>
    <w:rsid w:val="00AC17B0"/>
    <w:rsid w:val="00B47730"/>
    <w:rsid w:val="00C13529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115DD2A"/>
  <w14:defaultImageDpi w14:val="300"/>
  <w15:docId w15:val="{78CCEF1F-0B0B-4BF9-A176-0A069178E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  <w:rsid w:val="00FC693F"/>
  </w:style>
  <w:style w:type="paragraph" w:styleId="Kop1">
    <w:name w:val="heading 1"/>
    <w:basedOn w:val="Standaard"/>
    <w:next w:val="Standaard"/>
    <w:link w:val="Kop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Standaardalinea-lettertype">
    <w:name w:val="Default Paragraph Font"/>
    <w:uiPriority w:val="1"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E618BF"/>
  </w:style>
  <w:style w:type="paragraph" w:styleId="Voettekst">
    <w:name w:val="footer"/>
    <w:basedOn w:val="Standaard"/>
    <w:link w:val="Voettekst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E618BF"/>
  </w:style>
  <w:style w:type="paragraph" w:styleId="Geenafstand">
    <w:name w:val="No Spacing"/>
    <w:uiPriority w:val="1"/>
    <w:qFormat/>
    <w:rsid w:val="00FC693F"/>
    <w:pPr>
      <w:spacing w:after="0" w:line="240" w:lineRule="auto"/>
    </w:pPr>
  </w:style>
  <w:style w:type="character" w:customStyle="1" w:styleId="Kop1Char">
    <w:name w:val="Kop 1 Char"/>
    <w:basedOn w:val="Standaardalinea-lettertype"/>
    <w:link w:val="Kop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el">
    <w:name w:val="Title"/>
    <w:basedOn w:val="Standaard"/>
    <w:next w:val="Standaard"/>
    <w:link w:val="Titel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Char">
    <w:name w:val="Titel Char"/>
    <w:basedOn w:val="Standaardalinea-lettertype"/>
    <w:link w:val="Titel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jstalinea">
    <w:name w:val="List Paragraph"/>
    <w:basedOn w:val="Standaard"/>
    <w:uiPriority w:val="34"/>
    <w:qFormat/>
    <w:rsid w:val="00FC693F"/>
    <w:pPr>
      <w:ind w:left="720"/>
      <w:contextualSpacing/>
    </w:pPr>
  </w:style>
  <w:style w:type="paragraph" w:styleId="Plattetekst">
    <w:name w:val="Body Text"/>
    <w:basedOn w:val="Standaard"/>
    <w:link w:val="PlattetekstChar"/>
    <w:uiPriority w:val="99"/>
    <w:unhideWhenUsed/>
    <w:rsid w:val="00AA1D8D"/>
    <w:pPr>
      <w:spacing w:after="120"/>
    </w:pPr>
  </w:style>
  <w:style w:type="character" w:customStyle="1" w:styleId="PlattetekstChar">
    <w:name w:val="Platte tekst Char"/>
    <w:basedOn w:val="Standaardalinea-lettertype"/>
    <w:link w:val="Plattetekst"/>
    <w:uiPriority w:val="99"/>
    <w:rsid w:val="00AA1D8D"/>
  </w:style>
  <w:style w:type="paragraph" w:styleId="Plattetekst2">
    <w:name w:val="Body Text 2"/>
    <w:basedOn w:val="Standaard"/>
    <w:link w:val="Plattetekst2Char"/>
    <w:uiPriority w:val="99"/>
    <w:unhideWhenUsed/>
    <w:rsid w:val="00AA1D8D"/>
    <w:pPr>
      <w:spacing w:after="120" w:line="480" w:lineRule="auto"/>
    </w:pPr>
  </w:style>
  <w:style w:type="character" w:customStyle="1" w:styleId="Plattetekst2Char">
    <w:name w:val="Platte tekst 2 Char"/>
    <w:basedOn w:val="Standaardalinea-lettertype"/>
    <w:link w:val="Plattetekst2"/>
    <w:uiPriority w:val="99"/>
    <w:rsid w:val="00AA1D8D"/>
  </w:style>
  <w:style w:type="paragraph" w:styleId="Plattetekst3">
    <w:name w:val="Body Text 3"/>
    <w:basedOn w:val="Standaard"/>
    <w:link w:val="Platteteks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Plattetekst3Char">
    <w:name w:val="Platte tekst 3 Char"/>
    <w:basedOn w:val="Standaardalinea-lettertype"/>
    <w:link w:val="Plattetekst3"/>
    <w:uiPriority w:val="99"/>
    <w:rsid w:val="00AA1D8D"/>
    <w:rPr>
      <w:sz w:val="16"/>
      <w:szCs w:val="16"/>
    </w:rPr>
  </w:style>
  <w:style w:type="paragraph" w:styleId="Lijst">
    <w:name w:val="List"/>
    <w:basedOn w:val="Standaard"/>
    <w:uiPriority w:val="99"/>
    <w:unhideWhenUsed/>
    <w:rsid w:val="00AA1D8D"/>
    <w:pPr>
      <w:ind w:left="360" w:hanging="360"/>
      <w:contextualSpacing/>
    </w:pPr>
  </w:style>
  <w:style w:type="paragraph" w:styleId="Lijst2">
    <w:name w:val="List 2"/>
    <w:basedOn w:val="Standaard"/>
    <w:uiPriority w:val="99"/>
    <w:unhideWhenUsed/>
    <w:rsid w:val="00326F90"/>
    <w:pPr>
      <w:ind w:left="720" w:hanging="360"/>
      <w:contextualSpacing/>
    </w:pPr>
  </w:style>
  <w:style w:type="paragraph" w:styleId="Lijst3">
    <w:name w:val="List 3"/>
    <w:basedOn w:val="Standaard"/>
    <w:uiPriority w:val="99"/>
    <w:unhideWhenUsed/>
    <w:rsid w:val="00326F90"/>
    <w:pPr>
      <w:ind w:left="1080" w:hanging="360"/>
      <w:contextualSpacing/>
    </w:pPr>
  </w:style>
  <w:style w:type="paragraph" w:styleId="Lijstopsomteken">
    <w:name w:val="List Bullet"/>
    <w:basedOn w:val="Standaard"/>
    <w:uiPriority w:val="99"/>
    <w:unhideWhenUsed/>
    <w:rsid w:val="00326F90"/>
    <w:pPr>
      <w:numPr>
        <w:numId w:val="1"/>
      </w:numPr>
      <w:contextualSpacing/>
    </w:pPr>
  </w:style>
  <w:style w:type="paragraph" w:styleId="Lijstopsomteken2">
    <w:name w:val="List Bullet 2"/>
    <w:basedOn w:val="Standaard"/>
    <w:uiPriority w:val="99"/>
    <w:unhideWhenUsed/>
    <w:rsid w:val="00326F90"/>
    <w:pPr>
      <w:numPr>
        <w:numId w:val="2"/>
      </w:numPr>
      <w:contextualSpacing/>
    </w:pPr>
  </w:style>
  <w:style w:type="paragraph" w:styleId="Lijstopsomteken3">
    <w:name w:val="List Bullet 3"/>
    <w:basedOn w:val="Standaard"/>
    <w:uiPriority w:val="99"/>
    <w:unhideWhenUsed/>
    <w:rsid w:val="00326F90"/>
    <w:pPr>
      <w:numPr>
        <w:numId w:val="3"/>
      </w:numPr>
      <w:contextualSpacing/>
    </w:pPr>
  </w:style>
  <w:style w:type="paragraph" w:styleId="Lijstnummering">
    <w:name w:val="List Number"/>
    <w:basedOn w:val="Standaard"/>
    <w:uiPriority w:val="99"/>
    <w:unhideWhenUsed/>
    <w:rsid w:val="00326F90"/>
    <w:pPr>
      <w:numPr>
        <w:numId w:val="5"/>
      </w:numPr>
      <w:contextualSpacing/>
    </w:pPr>
  </w:style>
  <w:style w:type="paragraph" w:styleId="Lijstnummering2">
    <w:name w:val="List Number 2"/>
    <w:basedOn w:val="Standaard"/>
    <w:uiPriority w:val="99"/>
    <w:unhideWhenUsed/>
    <w:rsid w:val="0029639D"/>
    <w:pPr>
      <w:numPr>
        <w:numId w:val="6"/>
      </w:numPr>
      <w:contextualSpacing/>
    </w:pPr>
  </w:style>
  <w:style w:type="paragraph" w:styleId="Lijstnummering3">
    <w:name w:val="List Number 3"/>
    <w:basedOn w:val="Standaard"/>
    <w:uiPriority w:val="99"/>
    <w:unhideWhenUsed/>
    <w:rsid w:val="0029639D"/>
    <w:pPr>
      <w:numPr>
        <w:numId w:val="7"/>
      </w:numPr>
      <w:contextualSpacing/>
    </w:pPr>
  </w:style>
  <w:style w:type="paragraph" w:styleId="Lijstvoortzetting">
    <w:name w:val="List Continue"/>
    <w:basedOn w:val="Standaard"/>
    <w:uiPriority w:val="99"/>
    <w:unhideWhenUsed/>
    <w:rsid w:val="0029639D"/>
    <w:pPr>
      <w:spacing w:after="120"/>
      <w:ind w:left="360"/>
      <w:contextualSpacing/>
    </w:pPr>
  </w:style>
  <w:style w:type="paragraph" w:styleId="Lijstvoortzetting2">
    <w:name w:val="List Continue 2"/>
    <w:basedOn w:val="Standaard"/>
    <w:uiPriority w:val="99"/>
    <w:unhideWhenUsed/>
    <w:rsid w:val="0029639D"/>
    <w:pPr>
      <w:spacing w:after="120"/>
      <w:ind w:left="720"/>
      <w:contextualSpacing/>
    </w:pPr>
  </w:style>
  <w:style w:type="paragraph" w:styleId="Lijstvoortzetting3">
    <w:name w:val="List Continue 3"/>
    <w:basedOn w:val="Standaard"/>
    <w:uiPriority w:val="99"/>
    <w:unhideWhenUsed/>
    <w:rsid w:val="0029639D"/>
    <w:pPr>
      <w:spacing w:after="120"/>
      <w:ind w:left="1080"/>
      <w:contextualSpacing/>
    </w:pPr>
  </w:style>
  <w:style w:type="paragraph" w:styleId="Macrotekst">
    <w:name w:val="macro"/>
    <w:link w:val="Macroteks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kstChar">
    <w:name w:val="Macrotekst Char"/>
    <w:basedOn w:val="Standaardalinea-lettertype"/>
    <w:link w:val="Macrotekst"/>
    <w:uiPriority w:val="99"/>
    <w:rsid w:val="0029639D"/>
    <w:rPr>
      <w:rFonts w:ascii="Courier" w:hAnsi="Courier"/>
      <w:sz w:val="20"/>
      <w:szCs w:val="20"/>
    </w:rPr>
  </w:style>
  <w:style w:type="paragraph" w:styleId="Citaat">
    <w:name w:val="Quote"/>
    <w:basedOn w:val="Standaard"/>
    <w:next w:val="Standaard"/>
    <w:link w:val="CitaatChar"/>
    <w:uiPriority w:val="29"/>
    <w:qFormat/>
    <w:rsid w:val="00FC693F"/>
    <w:rPr>
      <w:i/>
      <w:iCs/>
      <w:color w:val="000000" w:themeColor="text1"/>
    </w:rPr>
  </w:style>
  <w:style w:type="character" w:customStyle="1" w:styleId="CitaatChar">
    <w:name w:val="Citaat Char"/>
    <w:basedOn w:val="Standaardalinea-lettertype"/>
    <w:link w:val="Citaat"/>
    <w:uiPriority w:val="29"/>
    <w:rsid w:val="00FC693F"/>
    <w:rPr>
      <w:i/>
      <w:iCs/>
      <w:color w:val="000000" w:themeColor="text1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ijschrift">
    <w:name w:val="caption"/>
    <w:basedOn w:val="Standaard"/>
    <w:next w:val="Standaard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Zwaar">
    <w:name w:val="Strong"/>
    <w:basedOn w:val="Standaardalinea-lettertype"/>
    <w:uiPriority w:val="22"/>
    <w:qFormat/>
    <w:rsid w:val="00FC693F"/>
    <w:rPr>
      <w:b/>
      <w:bCs/>
    </w:rPr>
  </w:style>
  <w:style w:type="character" w:styleId="Nadruk">
    <w:name w:val="Emphasis"/>
    <w:basedOn w:val="Standaardalinea-lettertype"/>
    <w:uiPriority w:val="20"/>
    <w:qFormat/>
    <w:rsid w:val="00FC693F"/>
    <w:rPr>
      <w:i/>
      <w:iCs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FC693F"/>
    <w:rPr>
      <w:b/>
      <w:bCs/>
      <w:i/>
      <w:iCs/>
      <w:color w:val="4F81BD" w:themeColor="accent1"/>
    </w:rPr>
  </w:style>
  <w:style w:type="character" w:styleId="Subtielebenadrukking">
    <w:name w:val="Subtle Emphasis"/>
    <w:basedOn w:val="Standaardalinea-lettertype"/>
    <w:uiPriority w:val="19"/>
    <w:qFormat/>
    <w:rsid w:val="00FC693F"/>
    <w:rPr>
      <w:i/>
      <w:iCs/>
      <w:color w:val="808080" w:themeColor="text1" w:themeTint="7F"/>
    </w:rPr>
  </w:style>
  <w:style w:type="character" w:styleId="Intensievebenadrukking">
    <w:name w:val="Intense Emphasis"/>
    <w:basedOn w:val="Standaardalinea-lettertype"/>
    <w:uiPriority w:val="21"/>
    <w:qFormat/>
    <w:rsid w:val="00FC693F"/>
    <w:rPr>
      <w:b/>
      <w:bCs/>
      <w:i/>
      <w:iCs/>
      <w:color w:val="4F81BD" w:themeColor="accent1"/>
    </w:rPr>
  </w:style>
  <w:style w:type="character" w:styleId="Subtieleverwijzing">
    <w:name w:val="Subtle Reference"/>
    <w:basedOn w:val="Standaardalinea-lettertype"/>
    <w:uiPriority w:val="31"/>
    <w:qFormat/>
    <w:rsid w:val="00FC693F"/>
    <w:rPr>
      <w:smallCaps/>
      <w:color w:val="C0504D" w:themeColor="accent2"/>
      <w:u w:val="single"/>
    </w:rPr>
  </w:style>
  <w:style w:type="character" w:styleId="Intensieveverwijzing">
    <w:name w:val="Intense Reference"/>
    <w:basedOn w:val="Standaardalinea-lettertype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elvanboek">
    <w:name w:val="Book Title"/>
    <w:basedOn w:val="Standaardalinea-lettertype"/>
    <w:uiPriority w:val="33"/>
    <w:qFormat/>
    <w:rsid w:val="00FC693F"/>
    <w:rPr>
      <w:b/>
      <w:bCs/>
      <w:smallCaps/>
      <w:spacing w:val="5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FC693F"/>
    <w:pPr>
      <w:outlineLvl w:val="9"/>
    </w:pPr>
  </w:style>
  <w:style w:type="table" w:styleId="Tabelraster">
    <w:name w:val="Table Grid"/>
    <w:basedOn w:val="Standaardtabe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chtearcering">
    <w:name w:val="Light Shading"/>
    <w:basedOn w:val="Standaardtabe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chtearcering-accent1">
    <w:name w:val="Light Shading Accent 1"/>
    <w:basedOn w:val="Standaardtabe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chtearcering-accent2">
    <w:name w:val="Light Shading Accent 2"/>
    <w:basedOn w:val="Standaardtabe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chtearcering-accent3">
    <w:name w:val="Light Shading Accent 3"/>
    <w:basedOn w:val="Standaardtabe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chtearcering-accent4">
    <w:name w:val="Light Shading Accent 4"/>
    <w:basedOn w:val="Standaardtabe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chtearcering-accent5">
    <w:name w:val="Light Shading Accent 5"/>
    <w:basedOn w:val="Standaardtabe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chtearcering-accent6">
    <w:name w:val="Light Shading Accent 6"/>
    <w:basedOn w:val="Standaardtabe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chtelijst">
    <w:name w:val="Light List"/>
    <w:basedOn w:val="Standaardtabe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chtelijst-accent1">
    <w:name w:val="Light List Accent 1"/>
    <w:basedOn w:val="Standaardtabe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chtelijst-accent2">
    <w:name w:val="Light List Accent 2"/>
    <w:basedOn w:val="Standaardtabe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chtelijst-accent3">
    <w:name w:val="Light List Accent 3"/>
    <w:basedOn w:val="Standaardtabe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chtelijst-accent4">
    <w:name w:val="Light List Accent 4"/>
    <w:basedOn w:val="Standaardtabe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chtelijst-accent5">
    <w:name w:val="Light List Accent 5"/>
    <w:basedOn w:val="Standaardtabe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chtelijst-accent6">
    <w:name w:val="Light List Accent 6"/>
    <w:basedOn w:val="Standaardtabe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chtraster">
    <w:name w:val="Light Grid"/>
    <w:basedOn w:val="Standaardtabe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chtraster-accent1">
    <w:name w:val="Light Grid Accent 1"/>
    <w:basedOn w:val="Standaardtabe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chtraster-accent2">
    <w:name w:val="Light Grid Accent 2"/>
    <w:basedOn w:val="Standaardtabe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chtraster-accent3">
    <w:name w:val="Light Grid Accent 3"/>
    <w:basedOn w:val="Standaardtabe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chtraster-accent4">
    <w:name w:val="Light Grid Accent 4"/>
    <w:basedOn w:val="Standaardtabe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chtraster-accent5">
    <w:name w:val="Light Grid Accent 5"/>
    <w:basedOn w:val="Standaardtabe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chtraster-accent6">
    <w:name w:val="Light Grid Accent 6"/>
    <w:basedOn w:val="Standaardtabe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Gemiddeldearcering1">
    <w:name w:val="Medium Shading 1"/>
    <w:basedOn w:val="Standaardtabe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1">
    <w:name w:val="Medium Shading 1 Accent 1"/>
    <w:basedOn w:val="Standaardtabe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2">
    <w:name w:val="Medium Shading 1 Accent 2"/>
    <w:basedOn w:val="Standaardtabe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3">
    <w:name w:val="Medium Shading 1 Accent 3"/>
    <w:basedOn w:val="Standaardtabe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4">
    <w:name w:val="Medium Shading 1 Accent 4"/>
    <w:basedOn w:val="Standaardtabe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5">
    <w:name w:val="Medium Shading 1 Accent 5"/>
    <w:basedOn w:val="Standaardtabe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6">
    <w:name w:val="Medium Shading 1 Accent 6"/>
    <w:basedOn w:val="Standaardtabe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2">
    <w:name w:val="Medium Shading 2"/>
    <w:basedOn w:val="Standaardtabe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1">
    <w:name w:val="Medium Shading 2 Accent 1"/>
    <w:basedOn w:val="Standaardtabe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2">
    <w:name w:val="Medium Shading 2 Accent 2"/>
    <w:basedOn w:val="Standaardtabe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3">
    <w:name w:val="Medium Shading 2 Accent 3"/>
    <w:basedOn w:val="Standaardtabe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4">
    <w:name w:val="Medium Shading 2 Accent 4"/>
    <w:basedOn w:val="Standaardtabe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5">
    <w:name w:val="Medium Shading 2 Accent 5"/>
    <w:basedOn w:val="Standaardtabe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6">
    <w:name w:val="Medium Shading 2 Accent 6"/>
    <w:basedOn w:val="Standaardtabe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lijst1">
    <w:name w:val="Medium List 1"/>
    <w:basedOn w:val="Standaardtabe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Gemiddeldelijst1-accent1">
    <w:name w:val="Medium List 1 Accent 1"/>
    <w:basedOn w:val="Standaardtabe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Gemiddeldelijst1-accent2">
    <w:name w:val="Medium List 1 Accent 2"/>
    <w:basedOn w:val="Standaardtabe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Gemiddeldelijst1-accent3">
    <w:name w:val="Medium List 1 Accent 3"/>
    <w:basedOn w:val="Standaardtabe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Gemiddeldelijst1-accent4">
    <w:name w:val="Medium List 1 Accent 4"/>
    <w:basedOn w:val="Standaardtabe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Gemiddeldelijst1-accent5">
    <w:name w:val="Medium List 1 Accent 5"/>
    <w:basedOn w:val="Standaardtabe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Gemiddeldelijst1-accent6">
    <w:name w:val="Medium List 1 Accent 6"/>
    <w:basedOn w:val="Standaardtabe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Gemiddeldelijst2">
    <w:name w:val="Medium List 2"/>
    <w:basedOn w:val="Standaardtabe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1">
    <w:name w:val="Medium List 2 Accent 1"/>
    <w:basedOn w:val="Standaardtabe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2">
    <w:name w:val="Medium List 2 Accent 2"/>
    <w:basedOn w:val="Standaardtabe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3">
    <w:name w:val="Medium List 2 Accent 3"/>
    <w:basedOn w:val="Standaardtabe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4">
    <w:name w:val="Medium List 2 Accent 4"/>
    <w:basedOn w:val="Standaardtabe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5">
    <w:name w:val="Medium List 2 Accent 5"/>
    <w:basedOn w:val="Standaardtabe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6">
    <w:name w:val="Medium List 2 Accent 6"/>
    <w:basedOn w:val="Standaardtabe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raster1">
    <w:name w:val="Medium Grid 1"/>
    <w:basedOn w:val="Standaardtabe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emiddeldraster1-accent1">
    <w:name w:val="Medium Grid 1 Accent 1"/>
    <w:basedOn w:val="Standaardtabe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emiddeldraster1-accent2">
    <w:name w:val="Medium Grid 1 Accent 2"/>
    <w:basedOn w:val="Standaardtabe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emiddeldraster1-accent3">
    <w:name w:val="Medium Grid 1 Accent 3"/>
    <w:basedOn w:val="Standaardtabe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emiddeldraster1-accent4">
    <w:name w:val="Medium Grid 1 Accent 4"/>
    <w:basedOn w:val="Standaardtabe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emiddeldraster1-accent5">
    <w:name w:val="Medium Grid 1 Accent 5"/>
    <w:basedOn w:val="Standaardtabe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emiddeldraster1-accent6">
    <w:name w:val="Medium Grid 1 Accent 6"/>
    <w:basedOn w:val="Standaardtabe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emiddeldraster2">
    <w:name w:val="Medium Grid 2"/>
    <w:basedOn w:val="Standaardtabe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1">
    <w:name w:val="Medium Grid 2 Accent 1"/>
    <w:basedOn w:val="Standaardtabe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2">
    <w:name w:val="Medium Grid 2 Accent 2"/>
    <w:basedOn w:val="Standaardtabe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3">
    <w:name w:val="Medium Grid 2 Accent 3"/>
    <w:basedOn w:val="Standaardtabe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4">
    <w:name w:val="Medium Grid 2 Accent 4"/>
    <w:basedOn w:val="Standaardtabe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5">
    <w:name w:val="Medium Grid 2 Accent 5"/>
    <w:basedOn w:val="Standaardtabe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6">
    <w:name w:val="Medium Grid 2 Accent 6"/>
    <w:basedOn w:val="Standaardtabe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3">
    <w:name w:val="Medium Grid 3"/>
    <w:basedOn w:val="Standaardtabe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emiddeldraster3-accent1">
    <w:name w:val="Medium Grid 3 Accent 1"/>
    <w:basedOn w:val="Standaardtabe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emiddeldraster3-accent2">
    <w:name w:val="Medium Grid 3 Accent 2"/>
    <w:basedOn w:val="Standaardtabe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emiddeldraster3-accent3">
    <w:name w:val="Medium Grid 3 Accent 3"/>
    <w:basedOn w:val="Standaardtabe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emiddeldraster3-accent4">
    <w:name w:val="Medium Grid 3 Accent 4"/>
    <w:basedOn w:val="Standaardtabe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emiddeldraster3-accent5">
    <w:name w:val="Medium Grid 3 Accent 5"/>
    <w:basedOn w:val="Standaardtabe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emiddeldraster3-accent6">
    <w:name w:val="Medium Grid 3 Accent 6"/>
    <w:basedOn w:val="Standaardtabe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onkerelijst">
    <w:name w:val="Dark List"/>
    <w:basedOn w:val="Standaardtabe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onkerelijst-accent1">
    <w:name w:val="Dark List Accent 1"/>
    <w:basedOn w:val="Standaardtabe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onkerelijst-accent2">
    <w:name w:val="Dark List Accent 2"/>
    <w:basedOn w:val="Standaardtabe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onkerelijst-accent3">
    <w:name w:val="Dark List Accent 3"/>
    <w:basedOn w:val="Standaardtabe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onkerelijst-accent4">
    <w:name w:val="Dark List Accent 4"/>
    <w:basedOn w:val="Standaardtabe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onkerelijst-accent5">
    <w:name w:val="Dark List Accent 5"/>
    <w:basedOn w:val="Standaardtabe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onkerelijst-accent6">
    <w:name w:val="Dark List Accent 6"/>
    <w:basedOn w:val="Standaardtabe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Kleurrijkearcering">
    <w:name w:val="Colorful Shading"/>
    <w:basedOn w:val="Standaardtabe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arcering-accent1">
    <w:name w:val="Colorful Shading Accent 1"/>
    <w:basedOn w:val="Standaardtabe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arcering-accent2">
    <w:name w:val="Colorful Shading Accent 2"/>
    <w:basedOn w:val="Standaardtabe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arcering-accent3">
    <w:name w:val="Colorful Shading Accent 3"/>
    <w:basedOn w:val="Standaardtabe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leurrijkearcering-accent4">
    <w:name w:val="Colorful Shading Accent 4"/>
    <w:basedOn w:val="Standaardtabe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arcering-accent5">
    <w:name w:val="Colorful Shading Accent 5"/>
    <w:basedOn w:val="Standaardtabe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arcering-accent6">
    <w:name w:val="Colorful Shading Accent 6"/>
    <w:basedOn w:val="Standaardtabe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lijst">
    <w:name w:val="Colorful List"/>
    <w:basedOn w:val="Standaardtabe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Kleurrijkelijst-accent1">
    <w:name w:val="Colorful List Accent 1"/>
    <w:basedOn w:val="Standaardtabe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Kleurrijkelijst-accent2">
    <w:name w:val="Colorful List Accent 2"/>
    <w:basedOn w:val="Standaardtabe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Kleurrijkelijst-accent3">
    <w:name w:val="Colorful List Accent 3"/>
    <w:basedOn w:val="Standaardtabe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Kleurrijkelijst-accent4">
    <w:name w:val="Colorful List Accent 4"/>
    <w:basedOn w:val="Standaardtabe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Kleurrijkelijst-accent5">
    <w:name w:val="Colorful List Accent 5"/>
    <w:basedOn w:val="Standaardtabe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Kleurrijkelijst-accent6">
    <w:name w:val="Colorful List Accent 6"/>
    <w:basedOn w:val="Standaardtabe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Kleurrijkraster">
    <w:name w:val="Colorful Grid"/>
    <w:basedOn w:val="Standaardtabe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Kleurrijkraster-accent1">
    <w:name w:val="Colorful Grid Accent 1"/>
    <w:basedOn w:val="Standaardtabe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Kleurrijkraster-accent2">
    <w:name w:val="Colorful Grid Accent 2"/>
    <w:basedOn w:val="Standaardtabe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Kleurrijkraster-accent3">
    <w:name w:val="Colorful Grid Accent 3"/>
    <w:basedOn w:val="Standaardtabe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leurrijkraster-accent4">
    <w:name w:val="Colorful Grid Accent 4"/>
    <w:basedOn w:val="Standaardtabe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Kleurrijkraster-accent5">
    <w:name w:val="Colorful Grid Accent 5"/>
    <w:basedOn w:val="Standaardtabe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Kleurrijkraster-accent6">
    <w:name w:val="Colorful Grid Accent 6"/>
    <w:basedOn w:val="Standaardtabe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13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41494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13227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12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55789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0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75438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8180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400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2677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7786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788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64216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510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81313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1902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80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27433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11129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40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37323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02823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757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767674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6991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140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97581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78928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38DCD11-8D70-46D3-B216-4CA7621F37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361</Words>
  <Characters>2063</Characters>
  <Application>Microsoft Office Word</Application>
  <DocSecurity>0</DocSecurity>
  <Lines>17</Lines>
  <Paragraphs>4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Koppen</vt:lpstr>
      </vt:variant>
      <vt:variant>
        <vt:i4>2</vt:i4>
      </vt:variant>
      <vt:variant>
        <vt:lpstr>Title</vt:lpstr>
      </vt:variant>
      <vt:variant>
        <vt:i4>1</vt:i4>
      </vt:variant>
    </vt:vector>
  </HeadingPairs>
  <TitlesOfParts>
    <vt:vector size="4" baseType="lpstr">
      <vt:lpstr/>
      <vt:lpstr>🔑 Woordspelingen met ‘sleutel’ en ‘hoop’</vt:lpstr>
      <vt:lpstr>🏠 Woordspelingen met het huisje als symbool</vt:lpstr>
      <vt:lpstr/>
    </vt:vector>
  </TitlesOfParts>
  <Manager/>
  <Company/>
  <LinksUpToDate>false</LinksUpToDate>
  <CharactersWithSpaces>2420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Annemie Tuts</cp:lastModifiedBy>
  <cp:revision>5</cp:revision>
  <dcterms:created xsi:type="dcterms:W3CDTF">2025-06-12T14:45:00Z</dcterms:created>
  <dcterms:modified xsi:type="dcterms:W3CDTF">2025-06-12T14:58:00Z</dcterms:modified>
  <cp:category/>
</cp:coreProperties>
</file>